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3C125" w14:textId="77777777" w:rsidR="00CE1F6E" w:rsidRDefault="00000000">
      <w:pPr>
        <w:spacing w:after="20"/>
        <w:jc w:val="center"/>
      </w:pPr>
      <w:r>
        <w:rPr>
          <w:b/>
          <w:color w:val="1F4E79"/>
          <w:sz w:val="28"/>
        </w:rPr>
        <w:t>SLIMMadvies</w:t>
      </w:r>
    </w:p>
    <w:p w14:paraId="6A5585A6" w14:textId="77777777" w:rsidR="00CE1F6E" w:rsidRDefault="00000000">
      <w:pPr>
        <w:spacing w:after="40"/>
        <w:jc w:val="center"/>
      </w:pPr>
      <w:r>
        <w:rPr>
          <w:b/>
          <w:color w:val="282828"/>
          <w:sz w:val="34"/>
        </w:rPr>
        <w:t>LANDELIJK MARKTONDERZOEK PRIVE SANITAIR 2026</w:t>
      </w:r>
    </w:p>
    <w:p w14:paraId="6DF53002" w14:textId="77777777" w:rsidR="00CE1F6E" w:rsidRDefault="00000000">
      <w:pPr>
        <w:spacing w:after="140"/>
        <w:jc w:val="center"/>
      </w:pPr>
      <w:r>
        <w:rPr>
          <w:b/>
          <w:color w:val="1F4E79"/>
          <w:sz w:val="22"/>
        </w:rPr>
        <w:t>PRIVE SANITAIR OP DE CAMPING - WAT LEVERT HET ECHT OP?</w:t>
      </w:r>
    </w:p>
    <w:tbl>
      <w:tblPr>
        <w:tblW w:w="0" w:type="auto"/>
        <w:jc w:val="center"/>
        <w:tblLayout w:type="fixed"/>
        <w:tblLook w:val="04A0" w:firstRow="1" w:lastRow="0" w:firstColumn="1" w:lastColumn="0" w:noHBand="0" w:noVBand="1"/>
      </w:tblPr>
      <w:tblGrid>
        <w:gridCol w:w="10200"/>
      </w:tblGrid>
      <w:tr w:rsidR="00CE1F6E" w14:paraId="0D632049" w14:textId="77777777">
        <w:trPr>
          <w:jc w:val="center"/>
        </w:trPr>
        <w:tc>
          <w:tcPr>
            <w:tcW w:w="10200" w:type="dxa"/>
            <w:shd w:val="clear" w:color="auto" w:fill="EAF1F8"/>
            <w:tcMar>
              <w:top w:w="110" w:type="dxa"/>
              <w:left w:w="140" w:type="dxa"/>
              <w:bottom w:w="110" w:type="dxa"/>
              <w:right w:w="140" w:type="dxa"/>
            </w:tcMar>
          </w:tcPr>
          <w:p w14:paraId="723F9C7B" w14:textId="77777777" w:rsidR="00C27D63" w:rsidRDefault="00000000">
            <w:r>
              <w:rPr>
                <w:b/>
                <w:sz w:val="20"/>
              </w:rPr>
              <w:t>Beste recreatieondernemer,</w:t>
            </w:r>
            <w:r>
              <w:rPr>
                <w:sz w:val="20"/>
              </w:rPr>
              <w:br/>
              <w:t>Vanuit SLIMMadvies voer ik het Landelijk Marktonderzoek Prive Sanitair 2026 uit onder Nederlandse campings en vakantieparken die ervaring hebben met prive sanitair. We onderzoeken aantallen, typen, verhuurprijzen, bezetting, opbrengsten, leveranciers en toekomstige investeringsplannen. Doel is om meer inzicht te krijgen in de ontwikkeling en het rendement van prive sanitair binnen de Nederlandse recreatiesector.</w:t>
            </w:r>
            <w:r>
              <w:rPr>
                <w:b/>
                <w:sz w:val="20"/>
              </w:rPr>
              <w:br/>
              <w:t>Invullen duurt circa 4-5 minuten.</w:t>
            </w:r>
            <w:r>
              <w:rPr>
                <w:sz w:val="20"/>
              </w:rPr>
              <w:t xml:space="preserve"> Bedrijfsgegevens worden vertrouwelijk behandeld en de resultaten worden geanonimiseerd verwerkt in de WhitePaper Landelijk Marktonderzoek Prive Sanitair 2026. Deelnemers ontvangen de belangrijkste onderzoeksresultaten kosteloos.</w:t>
            </w:r>
          </w:p>
        </w:tc>
      </w:tr>
    </w:tbl>
    <w:p w14:paraId="2EDA3EE7" w14:textId="77777777" w:rsidR="00CE1F6E" w:rsidRDefault="00000000">
      <w:pPr>
        <w:keepNext/>
        <w:spacing w:before="140"/>
      </w:pPr>
      <w:r>
        <w:rPr>
          <w:b/>
          <w:color w:val="1F4E79"/>
          <w:sz w:val="22"/>
        </w:rPr>
        <w:t>1. Bedrijfsgegevens</w:t>
      </w:r>
    </w:p>
    <w:p w14:paraId="05ABE81B" w14:textId="77777777" w:rsidR="00CE1F6E" w:rsidRDefault="00000000">
      <w:pPr>
        <w:spacing w:after="40"/>
      </w:pPr>
      <w:r>
        <w:rPr>
          <w:b/>
        </w:rPr>
        <w:t xml:space="preserve">Naam camping/vakantiepark: </w:t>
      </w:r>
      <w:r>
        <w:t>................................................................................................</w:t>
      </w:r>
    </w:p>
    <w:p w14:paraId="2EF41286" w14:textId="77777777" w:rsidR="00CE1F6E" w:rsidRDefault="00000000">
      <w:pPr>
        <w:spacing w:after="40"/>
      </w:pPr>
      <w:r>
        <w:rPr>
          <w:b/>
        </w:rPr>
        <w:t xml:space="preserve">Naam contactpersoon: </w:t>
      </w:r>
      <w:r>
        <w:t>................................................................................................</w:t>
      </w:r>
    </w:p>
    <w:p w14:paraId="647779CA" w14:textId="77777777" w:rsidR="00CE1F6E" w:rsidRDefault="00000000">
      <w:pPr>
        <w:spacing w:after="40"/>
      </w:pPr>
      <w:r>
        <w:rPr>
          <w:b/>
        </w:rPr>
        <w:t xml:space="preserve">Functie: </w:t>
      </w:r>
      <w:r>
        <w:t>................................................................................................</w:t>
      </w:r>
    </w:p>
    <w:p w14:paraId="568835CA" w14:textId="77777777" w:rsidR="00CE1F6E" w:rsidRDefault="00000000">
      <w:pPr>
        <w:keepNext/>
        <w:spacing w:before="140"/>
      </w:pPr>
      <w:r>
        <w:rPr>
          <w:b/>
          <w:color w:val="1F4E79"/>
          <w:sz w:val="22"/>
        </w:rPr>
        <w:t>2. Hoeveel kampeerplaatsen heeft uw bedrijf?</w:t>
      </w:r>
    </w:p>
    <w:p w14:paraId="42846671" w14:textId="77777777" w:rsidR="00CE1F6E" w:rsidRDefault="00000000">
      <w:pPr>
        <w:spacing w:after="20"/>
      </w:pPr>
      <w:r>
        <w:rPr>
          <w:sz w:val="18"/>
        </w:rPr>
        <w:t>☐  Minder dan 100</w:t>
      </w:r>
    </w:p>
    <w:p w14:paraId="6C5AD1A4" w14:textId="77777777" w:rsidR="00CE1F6E" w:rsidRDefault="00000000">
      <w:pPr>
        <w:spacing w:after="20"/>
      </w:pPr>
      <w:r>
        <w:rPr>
          <w:sz w:val="18"/>
        </w:rPr>
        <w:t>☐  100-250</w:t>
      </w:r>
    </w:p>
    <w:p w14:paraId="7329838D" w14:textId="77777777" w:rsidR="00CE1F6E" w:rsidRDefault="00000000">
      <w:pPr>
        <w:spacing w:after="20"/>
      </w:pPr>
      <w:r>
        <w:rPr>
          <w:sz w:val="18"/>
        </w:rPr>
        <w:t>☐  251-500</w:t>
      </w:r>
    </w:p>
    <w:p w14:paraId="1AA8A58C" w14:textId="77777777" w:rsidR="00CE1F6E" w:rsidRDefault="00000000">
      <w:pPr>
        <w:spacing w:after="20"/>
      </w:pPr>
      <w:r>
        <w:rPr>
          <w:sz w:val="18"/>
        </w:rPr>
        <w:t>☐  Meer dan 500</w:t>
      </w:r>
    </w:p>
    <w:p w14:paraId="52E39FEF" w14:textId="77777777" w:rsidR="00CE1F6E" w:rsidRDefault="00000000">
      <w:pPr>
        <w:spacing w:after="40"/>
      </w:pPr>
      <w:r>
        <w:rPr>
          <w:b/>
        </w:rPr>
        <w:t xml:space="preserve">Waarvan voorzien van prive sanitair: </w:t>
      </w:r>
      <w:r>
        <w:t>.................... plaatsen/units</w:t>
      </w:r>
    </w:p>
    <w:p w14:paraId="017B76E2" w14:textId="77777777" w:rsidR="00CE1F6E" w:rsidRDefault="00000000">
      <w:pPr>
        <w:keepNext/>
        <w:spacing w:before="140"/>
      </w:pPr>
      <w:r>
        <w:rPr>
          <w:b/>
          <w:color w:val="1F4E79"/>
          <w:sz w:val="22"/>
        </w:rPr>
        <w:t>3. Welk type prive sanitair biedt u aan?</w:t>
      </w:r>
    </w:p>
    <w:p w14:paraId="788C7485" w14:textId="77777777" w:rsidR="00CE1F6E" w:rsidRDefault="00000000">
      <w:pPr>
        <w:spacing w:after="40"/>
      </w:pPr>
      <w:r>
        <w:t>Meerdere antwoorden mogelijk.</w:t>
      </w:r>
    </w:p>
    <w:p w14:paraId="3F5F09E7" w14:textId="77777777" w:rsidR="00CE1F6E" w:rsidRDefault="00000000">
      <w:pPr>
        <w:spacing w:after="20"/>
      </w:pPr>
      <w:r>
        <w:rPr>
          <w:sz w:val="18"/>
        </w:rPr>
        <w:t>☐  Basis - toilet, douche en wastafel</w:t>
      </w:r>
    </w:p>
    <w:p w14:paraId="3C0BC466" w14:textId="77777777" w:rsidR="00CE1F6E" w:rsidRDefault="00000000">
      <w:pPr>
        <w:spacing w:after="20"/>
      </w:pPr>
      <w:r>
        <w:rPr>
          <w:sz w:val="18"/>
        </w:rPr>
        <w:t>☐  Standaard - completer/ruimer uitgevoerd prive sanitair</w:t>
      </w:r>
    </w:p>
    <w:p w14:paraId="2A7A62F5" w14:textId="77777777" w:rsidR="00CE1F6E" w:rsidRDefault="00000000">
      <w:pPr>
        <w:spacing w:after="20"/>
      </w:pPr>
      <w:r>
        <w:rPr>
          <w:sz w:val="18"/>
        </w:rPr>
        <w:t>☐  Comfort - extra voorzieningen, bijvoorbeeld keukenblok, koelkast, vaatwasser of wasvoorziening</w:t>
      </w:r>
    </w:p>
    <w:p w14:paraId="34332C0B" w14:textId="77777777" w:rsidR="00CE1F6E" w:rsidRDefault="00000000">
      <w:pPr>
        <w:spacing w:after="20"/>
      </w:pPr>
      <w:r>
        <w:rPr>
          <w:sz w:val="18"/>
        </w:rPr>
        <w:t>☐  Luxe - hoogwaardige uitvoering/materialen en extra comfort</w:t>
      </w:r>
    </w:p>
    <w:p w14:paraId="2A2D7013" w14:textId="77777777" w:rsidR="00CE1F6E" w:rsidRDefault="00000000">
      <w:pPr>
        <w:spacing w:after="20"/>
      </w:pPr>
      <w:r>
        <w:rPr>
          <w:sz w:val="18"/>
        </w:rPr>
        <w:t>☐  Wellness / Ultra Luxe - bijvoorbeeld sauna, infrarood, hottub/jacuzzi</w:t>
      </w:r>
    </w:p>
    <w:p w14:paraId="2C3146B8" w14:textId="77777777" w:rsidR="00CE1F6E" w:rsidRDefault="00000000">
      <w:pPr>
        <w:spacing w:after="40"/>
      </w:pPr>
      <w:r>
        <w:rPr>
          <w:b/>
        </w:rPr>
        <w:t xml:space="preserve">Anders, namelijk: </w:t>
      </w:r>
      <w:r>
        <w:t>................................................................................................</w:t>
      </w:r>
    </w:p>
    <w:p w14:paraId="7972D50F" w14:textId="77777777" w:rsidR="00CE1F6E" w:rsidRDefault="00000000">
      <w:pPr>
        <w:keepNext/>
        <w:spacing w:before="140"/>
      </w:pPr>
      <w:r>
        <w:rPr>
          <w:b/>
          <w:color w:val="1F4E79"/>
          <w:sz w:val="22"/>
        </w:rPr>
        <w:t>4. Welke leverancier(s) heeft het prive sanitair geleverd?</w:t>
      </w:r>
    </w:p>
    <w:p w14:paraId="4564A6F2" w14:textId="77777777" w:rsidR="00CE1F6E" w:rsidRDefault="00000000">
      <w:pPr>
        <w:spacing w:after="40"/>
      </w:pPr>
      <w:r>
        <w:rPr>
          <w:b/>
        </w:rPr>
        <w:t xml:space="preserve">Leverancier(s): </w:t>
      </w:r>
      <w:r>
        <w:t>................................................................................................</w:t>
      </w:r>
    </w:p>
    <w:p w14:paraId="41656D8D" w14:textId="77777777" w:rsidR="00CE1F6E" w:rsidRDefault="00000000">
      <w:pPr>
        <w:spacing w:after="40"/>
      </w:pPr>
      <w:r>
        <w:rPr>
          <w:b/>
        </w:rPr>
        <w:t xml:space="preserve">Jaar/jaren van plaatsing: </w:t>
      </w:r>
      <w:r>
        <w:t>................................................................................................</w:t>
      </w:r>
    </w:p>
    <w:p w14:paraId="6B2899AE" w14:textId="77777777" w:rsidR="00CE1F6E" w:rsidRDefault="00000000">
      <w:pPr>
        <w:keepNext/>
        <w:spacing w:before="140"/>
      </w:pPr>
      <w:r>
        <w:rPr>
          <w:b/>
          <w:color w:val="1F4E79"/>
          <w:sz w:val="22"/>
        </w:rPr>
        <w:t>5. Wat betaalt de gast EXTRA voor een kampeerplaats met prive sanitair?</w:t>
      </w:r>
    </w:p>
    <w:p w14:paraId="0F9C91CA" w14:textId="77777777" w:rsidR="00CE1F6E" w:rsidRDefault="00000000">
      <w:pPr>
        <w:spacing w:after="40"/>
      </w:pPr>
      <w:r>
        <w:t>Graag het gemiddelde bedrag per nacht.</w:t>
      </w:r>
    </w:p>
    <w:tbl>
      <w:tblPr>
        <w:tblW w:w="0" w:type="auto"/>
        <w:jc w:val="center"/>
        <w:tblLayout w:type="fixed"/>
        <w:tblLook w:val="04A0" w:firstRow="1" w:lastRow="0" w:firstColumn="1" w:lastColumn="0" w:noHBand="0" w:noVBand="1"/>
      </w:tblPr>
      <w:tblGrid>
        <w:gridCol w:w="2835"/>
        <w:gridCol w:w="5953"/>
      </w:tblGrid>
      <w:tr w:rsidR="00CE1F6E" w14:paraId="596D2253" w14:textId="77777777">
        <w:trPr>
          <w:jc w:val="center"/>
        </w:trPr>
        <w:tc>
          <w:tcPr>
            <w:tcW w:w="2835" w:type="dxa"/>
            <w:shd w:val="clear" w:color="auto" w:fill="F6F8FA"/>
            <w:tcMar>
              <w:top w:w="80" w:type="dxa"/>
              <w:left w:w="100" w:type="dxa"/>
              <w:bottom w:w="80" w:type="dxa"/>
              <w:right w:w="100" w:type="dxa"/>
            </w:tcMar>
            <w:vAlign w:val="center"/>
          </w:tcPr>
          <w:p w14:paraId="0491A351" w14:textId="77777777" w:rsidR="00CE1F6E" w:rsidRDefault="00000000">
            <w:r>
              <w:t>Basis</w:t>
            </w:r>
          </w:p>
        </w:tc>
        <w:tc>
          <w:tcPr>
            <w:tcW w:w="5953" w:type="dxa"/>
            <w:shd w:val="clear" w:color="auto" w:fill="F6F8FA"/>
            <w:tcMar>
              <w:top w:w="80" w:type="dxa"/>
              <w:left w:w="100" w:type="dxa"/>
              <w:bottom w:w="80" w:type="dxa"/>
              <w:right w:w="100" w:type="dxa"/>
            </w:tcMar>
            <w:vAlign w:val="center"/>
          </w:tcPr>
          <w:p w14:paraId="6232FEFD" w14:textId="77777777" w:rsidR="00CE1F6E" w:rsidRDefault="00000000">
            <w:r>
              <w:t>EUR .................... per nacht</w:t>
            </w:r>
          </w:p>
        </w:tc>
      </w:tr>
      <w:tr w:rsidR="00CE1F6E" w14:paraId="07F32EDC" w14:textId="77777777">
        <w:trPr>
          <w:jc w:val="center"/>
        </w:trPr>
        <w:tc>
          <w:tcPr>
            <w:tcW w:w="2835" w:type="dxa"/>
            <w:tcMar>
              <w:top w:w="80" w:type="dxa"/>
              <w:left w:w="100" w:type="dxa"/>
              <w:bottom w:w="80" w:type="dxa"/>
              <w:right w:w="100" w:type="dxa"/>
            </w:tcMar>
            <w:vAlign w:val="center"/>
          </w:tcPr>
          <w:p w14:paraId="4ACAB201" w14:textId="77777777" w:rsidR="00CE1F6E" w:rsidRDefault="00000000">
            <w:r>
              <w:t>Standaard</w:t>
            </w:r>
          </w:p>
        </w:tc>
        <w:tc>
          <w:tcPr>
            <w:tcW w:w="5953" w:type="dxa"/>
            <w:tcMar>
              <w:top w:w="80" w:type="dxa"/>
              <w:left w:w="100" w:type="dxa"/>
              <w:bottom w:w="80" w:type="dxa"/>
              <w:right w:w="100" w:type="dxa"/>
            </w:tcMar>
            <w:vAlign w:val="center"/>
          </w:tcPr>
          <w:p w14:paraId="5D1BA0C3" w14:textId="77777777" w:rsidR="00CE1F6E" w:rsidRDefault="00000000">
            <w:r>
              <w:t>EUR .................... per nacht</w:t>
            </w:r>
          </w:p>
        </w:tc>
      </w:tr>
      <w:tr w:rsidR="00CE1F6E" w14:paraId="42BB2EA8" w14:textId="77777777">
        <w:trPr>
          <w:jc w:val="center"/>
        </w:trPr>
        <w:tc>
          <w:tcPr>
            <w:tcW w:w="2835" w:type="dxa"/>
            <w:shd w:val="clear" w:color="auto" w:fill="F6F8FA"/>
            <w:tcMar>
              <w:top w:w="80" w:type="dxa"/>
              <w:left w:w="100" w:type="dxa"/>
              <w:bottom w:w="80" w:type="dxa"/>
              <w:right w:w="100" w:type="dxa"/>
            </w:tcMar>
            <w:vAlign w:val="center"/>
          </w:tcPr>
          <w:p w14:paraId="1759757B" w14:textId="77777777" w:rsidR="00CE1F6E" w:rsidRDefault="00000000">
            <w:r>
              <w:t>Comfort</w:t>
            </w:r>
          </w:p>
        </w:tc>
        <w:tc>
          <w:tcPr>
            <w:tcW w:w="5953" w:type="dxa"/>
            <w:shd w:val="clear" w:color="auto" w:fill="F6F8FA"/>
            <w:tcMar>
              <w:top w:w="80" w:type="dxa"/>
              <w:left w:w="100" w:type="dxa"/>
              <w:bottom w:w="80" w:type="dxa"/>
              <w:right w:w="100" w:type="dxa"/>
            </w:tcMar>
            <w:vAlign w:val="center"/>
          </w:tcPr>
          <w:p w14:paraId="5DFCB511" w14:textId="77777777" w:rsidR="00CE1F6E" w:rsidRDefault="00000000">
            <w:r>
              <w:t>EUR .................... per nacht</w:t>
            </w:r>
          </w:p>
        </w:tc>
      </w:tr>
      <w:tr w:rsidR="00CE1F6E" w14:paraId="0304135D" w14:textId="77777777">
        <w:trPr>
          <w:jc w:val="center"/>
        </w:trPr>
        <w:tc>
          <w:tcPr>
            <w:tcW w:w="2835" w:type="dxa"/>
            <w:tcMar>
              <w:top w:w="80" w:type="dxa"/>
              <w:left w:w="100" w:type="dxa"/>
              <w:bottom w:w="80" w:type="dxa"/>
              <w:right w:w="100" w:type="dxa"/>
            </w:tcMar>
            <w:vAlign w:val="center"/>
          </w:tcPr>
          <w:p w14:paraId="21F9C8F0" w14:textId="77777777" w:rsidR="00CE1F6E" w:rsidRDefault="00000000">
            <w:r>
              <w:t>Luxe / Wellness</w:t>
            </w:r>
          </w:p>
        </w:tc>
        <w:tc>
          <w:tcPr>
            <w:tcW w:w="5953" w:type="dxa"/>
            <w:tcMar>
              <w:top w:w="80" w:type="dxa"/>
              <w:left w:w="100" w:type="dxa"/>
              <w:bottom w:w="80" w:type="dxa"/>
              <w:right w:w="100" w:type="dxa"/>
            </w:tcMar>
            <w:vAlign w:val="center"/>
          </w:tcPr>
          <w:p w14:paraId="069E53DE" w14:textId="77777777" w:rsidR="00CE1F6E" w:rsidRDefault="00000000">
            <w:r>
              <w:t>EUR .................... per nacht</w:t>
            </w:r>
          </w:p>
        </w:tc>
      </w:tr>
    </w:tbl>
    <w:p w14:paraId="4E67949A" w14:textId="77777777" w:rsidR="00CE1F6E" w:rsidRDefault="00000000">
      <w:pPr>
        <w:spacing w:after="20"/>
      </w:pPr>
      <w:r>
        <w:rPr>
          <w:sz w:val="18"/>
        </w:rPr>
        <w:t>☐  Prive sanitair zit verwerkt in de totale plaatsprijs en is niet afzonderlijk te bepalen</w:t>
      </w:r>
    </w:p>
    <w:p w14:paraId="76BCAC2A" w14:textId="77777777" w:rsidR="00CE1F6E" w:rsidRDefault="00000000">
      <w:pPr>
        <w:keepNext/>
        <w:spacing w:before="140"/>
      </w:pPr>
      <w:r>
        <w:rPr>
          <w:b/>
          <w:color w:val="1F4E79"/>
          <w:sz w:val="22"/>
        </w:rPr>
        <w:t>6. Hoeveel nachten per jaar wordt een kampeerplaats met prive sanitair gemiddeld verhuurd?</w:t>
      </w:r>
    </w:p>
    <w:p w14:paraId="3F25BE65" w14:textId="77777777" w:rsidR="00CE1F6E" w:rsidRDefault="00000000">
      <w:pPr>
        <w:spacing w:after="40"/>
      </w:pPr>
      <w:r>
        <w:rPr>
          <w:b/>
        </w:rPr>
        <w:t xml:space="preserve">Circa: </w:t>
      </w:r>
      <w:r>
        <w:t>.................... nachten per jaar</w:t>
      </w:r>
    </w:p>
    <w:p w14:paraId="2605FB57" w14:textId="77777777" w:rsidR="00CE1F6E" w:rsidRDefault="00000000">
      <w:pPr>
        <w:spacing w:after="20"/>
      </w:pPr>
      <w:r>
        <w:rPr>
          <w:sz w:val="18"/>
        </w:rPr>
        <w:t>☐  Weet ik niet exact</w:t>
      </w:r>
    </w:p>
    <w:p w14:paraId="4E87F97E" w14:textId="77777777" w:rsidR="00CE1F6E" w:rsidRDefault="00000000">
      <w:pPr>
        <w:spacing w:before="40" w:after="20"/>
      </w:pPr>
      <w:r>
        <w:rPr>
          <w:b/>
        </w:rPr>
        <w:t>Ervaart u een hogere bezetting dan bij vergelijkbare plaatsen zonder prive sanitair?</w:t>
      </w:r>
    </w:p>
    <w:p w14:paraId="517B3C27" w14:textId="77777777" w:rsidR="00CE1F6E" w:rsidRDefault="00000000">
      <w:pPr>
        <w:spacing w:after="20"/>
      </w:pPr>
      <w:r>
        <w:rPr>
          <w:sz w:val="18"/>
        </w:rPr>
        <w:t>☐  Ja</w:t>
      </w:r>
    </w:p>
    <w:p w14:paraId="7FBF74CA" w14:textId="77777777" w:rsidR="00CE1F6E" w:rsidRDefault="00000000">
      <w:pPr>
        <w:spacing w:after="20"/>
      </w:pPr>
      <w:r>
        <w:rPr>
          <w:sz w:val="18"/>
        </w:rPr>
        <w:t>☐  Nee</w:t>
      </w:r>
    </w:p>
    <w:p w14:paraId="6EF0544E" w14:textId="77777777" w:rsidR="00CE1F6E" w:rsidRDefault="00000000">
      <w:pPr>
        <w:spacing w:after="20"/>
      </w:pPr>
      <w:r>
        <w:rPr>
          <w:sz w:val="18"/>
        </w:rPr>
        <w:lastRenderedPageBreak/>
        <w:t>☐  Ongeveer gelijk</w:t>
      </w:r>
    </w:p>
    <w:p w14:paraId="14DF15F8" w14:textId="77777777" w:rsidR="00CE1F6E" w:rsidRDefault="00000000">
      <w:pPr>
        <w:spacing w:after="20"/>
      </w:pPr>
      <w:r>
        <w:rPr>
          <w:sz w:val="18"/>
        </w:rPr>
        <w:t>☐  Niet te vergelijken</w:t>
      </w:r>
    </w:p>
    <w:p w14:paraId="4D5A98A5" w14:textId="77777777" w:rsidR="00CE1F6E" w:rsidRDefault="00000000">
      <w:pPr>
        <w:keepNext/>
        <w:spacing w:before="140"/>
      </w:pPr>
      <w:r>
        <w:rPr>
          <w:b/>
          <w:color w:val="1F4E79"/>
          <w:sz w:val="22"/>
        </w:rPr>
        <w:t>7. Wat bedraagt naar schatting de EXTRA jaaromzet door prive sanitair per plaats/unit?</w:t>
      </w:r>
    </w:p>
    <w:p w14:paraId="279ECBB5" w14:textId="77777777" w:rsidR="00CE1F6E" w:rsidRDefault="00000000">
      <w:pPr>
        <w:spacing w:after="20"/>
      </w:pPr>
      <w:r>
        <w:rPr>
          <w:sz w:val="18"/>
        </w:rPr>
        <w:t>☐  Minder dan EUR 2.500</w:t>
      </w:r>
    </w:p>
    <w:p w14:paraId="11F9A976" w14:textId="77777777" w:rsidR="00CE1F6E" w:rsidRDefault="00000000">
      <w:pPr>
        <w:spacing w:after="20"/>
      </w:pPr>
      <w:r>
        <w:rPr>
          <w:sz w:val="18"/>
        </w:rPr>
        <w:t>☐  EUR 2.500-EUR 5.000</w:t>
      </w:r>
    </w:p>
    <w:p w14:paraId="31E6CB04" w14:textId="77777777" w:rsidR="00CE1F6E" w:rsidRDefault="00000000">
      <w:pPr>
        <w:spacing w:after="20"/>
      </w:pPr>
      <w:r>
        <w:rPr>
          <w:sz w:val="18"/>
        </w:rPr>
        <w:t>☐  EUR 5.000-EUR 7.500</w:t>
      </w:r>
    </w:p>
    <w:p w14:paraId="7E07264D" w14:textId="77777777" w:rsidR="00CE1F6E" w:rsidRDefault="00000000">
      <w:pPr>
        <w:spacing w:after="20"/>
      </w:pPr>
      <w:r>
        <w:rPr>
          <w:sz w:val="18"/>
        </w:rPr>
        <w:t>☐  EUR 7.500-EUR 10.000</w:t>
      </w:r>
    </w:p>
    <w:p w14:paraId="73554D9B" w14:textId="77777777" w:rsidR="00CE1F6E" w:rsidRDefault="00000000">
      <w:pPr>
        <w:spacing w:after="20"/>
      </w:pPr>
      <w:r>
        <w:rPr>
          <w:sz w:val="18"/>
        </w:rPr>
        <w:t>☐  Meer dan EUR 10.000</w:t>
      </w:r>
    </w:p>
    <w:p w14:paraId="2A8F3A68" w14:textId="77777777" w:rsidR="00CE1F6E" w:rsidRDefault="00000000">
      <w:pPr>
        <w:spacing w:after="20"/>
      </w:pPr>
      <w:r>
        <w:rPr>
          <w:sz w:val="18"/>
        </w:rPr>
        <w:t>☐  Onbekend</w:t>
      </w:r>
    </w:p>
    <w:p w14:paraId="53C06E70" w14:textId="77777777" w:rsidR="00CE1F6E" w:rsidRDefault="00000000">
      <w:pPr>
        <w:keepNext/>
        <w:spacing w:before="140"/>
      </w:pPr>
      <w:r>
        <w:rPr>
          <w:b/>
          <w:color w:val="1F4E79"/>
          <w:sz w:val="22"/>
        </w:rPr>
        <w:t>8. Hoe is uw prive sanitair gefinancierd/geexploiteerd?</w:t>
      </w:r>
    </w:p>
    <w:p w14:paraId="1859A38B" w14:textId="77777777" w:rsidR="00CE1F6E" w:rsidRDefault="00000000">
      <w:pPr>
        <w:spacing w:after="20"/>
      </w:pPr>
      <w:r>
        <w:rPr>
          <w:sz w:val="18"/>
        </w:rPr>
        <w:t>☐  Zelf gekocht/geinvesteerd</w:t>
      </w:r>
    </w:p>
    <w:p w14:paraId="41E3D1B4" w14:textId="77777777" w:rsidR="00CE1F6E" w:rsidRDefault="00000000">
      <w:pPr>
        <w:spacing w:after="20"/>
      </w:pPr>
      <w:r>
        <w:rPr>
          <w:sz w:val="18"/>
        </w:rPr>
        <w:t>☐  Lease</w:t>
      </w:r>
    </w:p>
    <w:p w14:paraId="5BF0C7CC" w14:textId="77777777" w:rsidR="00CE1F6E" w:rsidRDefault="00000000">
      <w:pPr>
        <w:spacing w:after="20"/>
      </w:pPr>
      <w:r>
        <w:rPr>
          <w:sz w:val="18"/>
        </w:rPr>
        <w:t>☐  Huurkoop</w:t>
      </w:r>
    </w:p>
    <w:p w14:paraId="3F2DBC0B" w14:textId="77777777" w:rsidR="00CE1F6E" w:rsidRDefault="00000000">
      <w:pPr>
        <w:spacing w:after="20"/>
      </w:pPr>
      <w:r>
        <w:rPr>
          <w:sz w:val="18"/>
        </w:rPr>
        <w:t>☐  Exploitatie / revenue share met leverancier</w:t>
      </w:r>
    </w:p>
    <w:p w14:paraId="5893D127" w14:textId="77777777" w:rsidR="00CE1F6E" w:rsidRDefault="00000000">
      <w:pPr>
        <w:spacing w:after="40"/>
      </w:pPr>
      <w:r>
        <w:rPr>
          <w:b/>
        </w:rPr>
        <w:t xml:space="preserve">Anders: </w:t>
      </w:r>
      <w:r>
        <w:t>................................................................................................</w:t>
      </w:r>
    </w:p>
    <w:p w14:paraId="39CBB93C" w14:textId="77777777" w:rsidR="00CE1F6E" w:rsidRDefault="00000000">
      <w:pPr>
        <w:spacing w:after="40"/>
      </w:pPr>
      <w:r>
        <w:rPr>
          <w:b/>
        </w:rPr>
        <w:t xml:space="preserve">Indien bekend - gemiddelde investering per unit inclusief plaatsing: </w:t>
      </w:r>
      <w:r>
        <w:t>EUR ........................................</w:t>
      </w:r>
    </w:p>
    <w:p w14:paraId="578DF422" w14:textId="77777777" w:rsidR="00CE1F6E" w:rsidRDefault="00000000">
      <w:pPr>
        <w:keepNext/>
        <w:spacing w:before="140"/>
      </w:pPr>
      <w:r>
        <w:rPr>
          <w:b/>
          <w:color w:val="1F4E79"/>
          <w:sz w:val="22"/>
        </w:rPr>
        <w:t>9. Wat vindt u bij een volgende investering het belangrijkste?</w:t>
      </w:r>
    </w:p>
    <w:p w14:paraId="7BDBA52C" w14:textId="77777777" w:rsidR="00CE1F6E" w:rsidRDefault="00000000">
      <w:pPr>
        <w:spacing w:after="40"/>
      </w:pPr>
      <w:r>
        <w:t>Kies maximaal 3.</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00"/>
        <w:gridCol w:w="5100"/>
      </w:tblGrid>
      <w:tr w:rsidR="00CE1F6E" w14:paraId="78D4DAD9" w14:textId="77777777">
        <w:trPr>
          <w:jc w:val="center"/>
        </w:trPr>
        <w:tc>
          <w:tcPr>
            <w:tcW w:w="5100" w:type="dxa"/>
            <w:tcMar>
              <w:top w:w="40" w:type="dxa"/>
              <w:left w:w="80" w:type="dxa"/>
              <w:bottom w:w="40" w:type="dxa"/>
              <w:right w:w="80" w:type="dxa"/>
            </w:tcMar>
          </w:tcPr>
          <w:p w14:paraId="345C8D9C" w14:textId="77777777" w:rsidR="00CE1F6E" w:rsidRDefault="00000000">
            <w:r>
              <w:t>☐  Aanschafprijs</w:t>
            </w:r>
          </w:p>
        </w:tc>
        <w:tc>
          <w:tcPr>
            <w:tcW w:w="5100" w:type="dxa"/>
            <w:tcMar>
              <w:top w:w="40" w:type="dxa"/>
              <w:left w:w="80" w:type="dxa"/>
              <w:bottom w:w="40" w:type="dxa"/>
              <w:right w:w="80" w:type="dxa"/>
            </w:tcMar>
          </w:tcPr>
          <w:p w14:paraId="5DB160A1" w14:textId="77777777" w:rsidR="00CE1F6E" w:rsidRDefault="00000000">
            <w:r>
              <w:t>☐  Rendement / terugverdientijd</w:t>
            </w:r>
          </w:p>
        </w:tc>
      </w:tr>
      <w:tr w:rsidR="00CE1F6E" w14:paraId="773C3087" w14:textId="77777777">
        <w:trPr>
          <w:jc w:val="center"/>
        </w:trPr>
        <w:tc>
          <w:tcPr>
            <w:tcW w:w="5100" w:type="dxa"/>
            <w:tcMar>
              <w:top w:w="40" w:type="dxa"/>
              <w:left w:w="80" w:type="dxa"/>
              <w:bottom w:w="40" w:type="dxa"/>
              <w:right w:w="80" w:type="dxa"/>
            </w:tcMar>
          </w:tcPr>
          <w:p w14:paraId="18DCB949" w14:textId="77777777" w:rsidR="00CE1F6E" w:rsidRDefault="00000000">
            <w:r>
              <w:t>☐  Uitstraling / design</w:t>
            </w:r>
          </w:p>
        </w:tc>
        <w:tc>
          <w:tcPr>
            <w:tcW w:w="5100" w:type="dxa"/>
            <w:tcMar>
              <w:top w:w="40" w:type="dxa"/>
              <w:left w:w="80" w:type="dxa"/>
              <w:bottom w:w="40" w:type="dxa"/>
              <w:right w:w="80" w:type="dxa"/>
            </w:tcMar>
          </w:tcPr>
          <w:p w14:paraId="66BCE222" w14:textId="77777777" w:rsidR="00CE1F6E" w:rsidRDefault="00000000">
            <w:r>
              <w:t>☐  Degelijkheid / levensduur</w:t>
            </w:r>
          </w:p>
        </w:tc>
      </w:tr>
      <w:tr w:rsidR="00CE1F6E" w14:paraId="2BD992C5" w14:textId="77777777">
        <w:trPr>
          <w:jc w:val="center"/>
        </w:trPr>
        <w:tc>
          <w:tcPr>
            <w:tcW w:w="5100" w:type="dxa"/>
            <w:tcMar>
              <w:top w:w="40" w:type="dxa"/>
              <w:left w:w="80" w:type="dxa"/>
              <w:bottom w:w="40" w:type="dxa"/>
              <w:right w:w="80" w:type="dxa"/>
            </w:tcMar>
          </w:tcPr>
          <w:p w14:paraId="5B1EA6C0" w14:textId="77777777" w:rsidR="00CE1F6E" w:rsidRDefault="00000000">
            <w:r>
              <w:t>☐  Onderhoudsgemak</w:t>
            </w:r>
          </w:p>
        </w:tc>
        <w:tc>
          <w:tcPr>
            <w:tcW w:w="5100" w:type="dxa"/>
            <w:tcMar>
              <w:top w:w="40" w:type="dxa"/>
              <w:left w:w="80" w:type="dxa"/>
              <w:bottom w:w="40" w:type="dxa"/>
              <w:right w:w="80" w:type="dxa"/>
            </w:tcMar>
          </w:tcPr>
          <w:p w14:paraId="41EFE965" w14:textId="77777777" w:rsidR="00CE1F6E" w:rsidRDefault="00000000">
            <w:r>
              <w:t>☐  Schoonmaakgemak</w:t>
            </w:r>
          </w:p>
        </w:tc>
      </w:tr>
      <w:tr w:rsidR="00CE1F6E" w14:paraId="30FDEB50" w14:textId="77777777">
        <w:trPr>
          <w:jc w:val="center"/>
        </w:trPr>
        <w:tc>
          <w:tcPr>
            <w:tcW w:w="5100" w:type="dxa"/>
            <w:tcMar>
              <w:top w:w="40" w:type="dxa"/>
              <w:left w:w="80" w:type="dxa"/>
              <w:bottom w:w="40" w:type="dxa"/>
              <w:right w:w="80" w:type="dxa"/>
            </w:tcMar>
          </w:tcPr>
          <w:p w14:paraId="54E0698E" w14:textId="77777777" w:rsidR="00CE1F6E" w:rsidRDefault="00000000">
            <w:r>
              <w:t>☐  Energiezuinigheid / duurzaamheid</w:t>
            </w:r>
          </w:p>
        </w:tc>
        <w:tc>
          <w:tcPr>
            <w:tcW w:w="5100" w:type="dxa"/>
            <w:tcMar>
              <w:top w:w="40" w:type="dxa"/>
              <w:left w:w="80" w:type="dxa"/>
              <w:bottom w:w="40" w:type="dxa"/>
              <w:right w:w="80" w:type="dxa"/>
            </w:tcMar>
          </w:tcPr>
          <w:p w14:paraId="403E4C32" w14:textId="77777777" w:rsidR="00CE1F6E" w:rsidRDefault="00000000">
            <w:r>
              <w:t>☐  Verplaatsbaarheid</w:t>
            </w:r>
          </w:p>
        </w:tc>
      </w:tr>
      <w:tr w:rsidR="00CE1F6E" w14:paraId="5C027019" w14:textId="77777777">
        <w:trPr>
          <w:jc w:val="center"/>
        </w:trPr>
        <w:tc>
          <w:tcPr>
            <w:tcW w:w="5100" w:type="dxa"/>
            <w:tcMar>
              <w:top w:w="40" w:type="dxa"/>
              <w:left w:w="80" w:type="dxa"/>
              <w:bottom w:w="40" w:type="dxa"/>
              <w:right w:w="80" w:type="dxa"/>
            </w:tcMar>
          </w:tcPr>
          <w:p w14:paraId="18392B0A" w14:textId="77777777" w:rsidR="00CE1F6E" w:rsidRDefault="00000000">
            <w:r>
              <w:t>☐  Comfort voor de gast</w:t>
            </w:r>
          </w:p>
        </w:tc>
        <w:tc>
          <w:tcPr>
            <w:tcW w:w="5100" w:type="dxa"/>
            <w:tcMar>
              <w:top w:w="40" w:type="dxa"/>
              <w:left w:w="80" w:type="dxa"/>
              <w:bottom w:w="40" w:type="dxa"/>
              <w:right w:w="80" w:type="dxa"/>
            </w:tcMar>
          </w:tcPr>
          <w:p w14:paraId="6434E357" w14:textId="77777777" w:rsidR="00CE1F6E" w:rsidRDefault="00000000">
            <w:r>
              <w:t>☐  Extra voorzieningen</w:t>
            </w:r>
          </w:p>
        </w:tc>
      </w:tr>
      <w:tr w:rsidR="00CE1F6E" w14:paraId="15FE9A6E" w14:textId="77777777">
        <w:trPr>
          <w:jc w:val="center"/>
        </w:trPr>
        <w:tc>
          <w:tcPr>
            <w:tcW w:w="5100" w:type="dxa"/>
            <w:tcMar>
              <w:top w:w="40" w:type="dxa"/>
              <w:left w:w="80" w:type="dxa"/>
              <w:bottom w:w="40" w:type="dxa"/>
              <w:right w:w="80" w:type="dxa"/>
            </w:tcMar>
          </w:tcPr>
          <w:p w14:paraId="649353B5" w14:textId="77777777" w:rsidR="00CE1F6E" w:rsidRDefault="00000000">
            <w:r>
              <w:t>☐  Wellness</w:t>
            </w:r>
          </w:p>
        </w:tc>
        <w:tc>
          <w:tcPr>
            <w:tcW w:w="5100" w:type="dxa"/>
          </w:tcPr>
          <w:p w14:paraId="02FF44CA" w14:textId="77777777" w:rsidR="00CE1F6E" w:rsidRDefault="00CE1F6E"/>
        </w:tc>
      </w:tr>
    </w:tbl>
    <w:p w14:paraId="63772569" w14:textId="77777777" w:rsidR="00CE1F6E" w:rsidRDefault="00000000">
      <w:pPr>
        <w:spacing w:after="40"/>
      </w:pPr>
      <w:r>
        <w:rPr>
          <w:b/>
        </w:rPr>
        <w:t xml:space="preserve">Anders: </w:t>
      </w:r>
      <w:r>
        <w:t>................................................................................................</w:t>
      </w:r>
    </w:p>
    <w:p w14:paraId="6CE30781" w14:textId="77777777" w:rsidR="00CE1F6E" w:rsidRDefault="00000000">
      <w:pPr>
        <w:keepNext/>
        <w:spacing w:before="140"/>
      </w:pPr>
      <w:r>
        <w:rPr>
          <w:b/>
          <w:color w:val="1F4E79"/>
          <w:sz w:val="22"/>
        </w:rPr>
        <w:t>10. Wat zijn uw plannen met prive sanitair voor de komende 3-5 jaar?</w:t>
      </w:r>
    </w:p>
    <w:p w14:paraId="5CA3E250" w14:textId="77777777" w:rsidR="00CE1F6E" w:rsidRDefault="00000000">
      <w:pPr>
        <w:spacing w:after="20"/>
      </w:pPr>
      <w:r>
        <w:rPr>
          <w:sz w:val="18"/>
        </w:rPr>
        <w:t>☐  Fors uitbreiden</w:t>
      </w:r>
    </w:p>
    <w:p w14:paraId="162DFA0C" w14:textId="77777777" w:rsidR="00CE1F6E" w:rsidRDefault="00000000">
      <w:pPr>
        <w:spacing w:after="20"/>
      </w:pPr>
      <w:r>
        <w:rPr>
          <w:sz w:val="18"/>
        </w:rPr>
        <w:t>☐  Beperkt uitbreiden</w:t>
      </w:r>
    </w:p>
    <w:p w14:paraId="7CDE4FCF" w14:textId="77777777" w:rsidR="00CE1F6E" w:rsidRDefault="00000000">
      <w:pPr>
        <w:spacing w:after="20"/>
      </w:pPr>
      <w:r>
        <w:rPr>
          <w:sz w:val="18"/>
        </w:rPr>
        <w:t>☐  Bestaande units vervangen/upgraden</w:t>
      </w:r>
    </w:p>
    <w:p w14:paraId="77A8B3E7" w14:textId="77777777" w:rsidR="00CE1F6E" w:rsidRDefault="00000000">
      <w:pPr>
        <w:spacing w:after="20"/>
      </w:pPr>
      <w:r>
        <w:rPr>
          <w:sz w:val="18"/>
        </w:rPr>
        <w:t>☐  Gelijk houden</w:t>
      </w:r>
    </w:p>
    <w:p w14:paraId="1E0AA0ED" w14:textId="77777777" w:rsidR="00CE1F6E" w:rsidRDefault="00000000">
      <w:pPr>
        <w:spacing w:after="20"/>
      </w:pPr>
      <w:r>
        <w:rPr>
          <w:sz w:val="18"/>
        </w:rPr>
        <w:t>☐  Verminderen</w:t>
      </w:r>
    </w:p>
    <w:p w14:paraId="18CC6F41" w14:textId="77777777" w:rsidR="00CE1F6E" w:rsidRDefault="00000000">
      <w:pPr>
        <w:spacing w:after="20"/>
      </w:pPr>
      <w:r>
        <w:rPr>
          <w:sz w:val="18"/>
        </w:rPr>
        <w:t>☐  Nog niet bekend</w:t>
      </w:r>
    </w:p>
    <w:p w14:paraId="75D4CB34" w14:textId="77777777" w:rsidR="00CE1F6E" w:rsidRDefault="00000000">
      <w:pPr>
        <w:spacing w:before="40" w:after="20"/>
      </w:pPr>
      <w:r>
        <w:rPr>
          <w:b/>
        </w:rPr>
        <w:t>Indien uitbreiding: aan welk type denkt u?</w:t>
      </w:r>
    </w:p>
    <w:p w14:paraId="7F848BBD" w14:textId="77777777" w:rsidR="00CE1F6E" w:rsidRDefault="00000000">
      <w:pPr>
        <w:spacing w:after="20"/>
      </w:pPr>
      <w:r>
        <w:rPr>
          <w:sz w:val="18"/>
        </w:rPr>
        <w:t>☐  Basis</w:t>
      </w:r>
    </w:p>
    <w:p w14:paraId="1AF1C99F" w14:textId="77777777" w:rsidR="00CE1F6E" w:rsidRDefault="00000000">
      <w:pPr>
        <w:spacing w:after="20"/>
      </w:pPr>
      <w:r>
        <w:rPr>
          <w:sz w:val="18"/>
        </w:rPr>
        <w:t>☐  Standaard</w:t>
      </w:r>
    </w:p>
    <w:p w14:paraId="48D0AB42" w14:textId="77777777" w:rsidR="00CE1F6E" w:rsidRDefault="00000000">
      <w:pPr>
        <w:spacing w:after="20"/>
      </w:pPr>
      <w:r>
        <w:rPr>
          <w:sz w:val="18"/>
        </w:rPr>
        <w:t>☐  Comfort</w:t>
      </w:r>
    </w:p>
    <w:p w14:paraId="0846DC4B" w14:textId="77777777" w:rsidR="00CE1F6E" w:rsidRDefault="00000000">
      <w:pPr>
        <w:spacing w:after="20"/>
      </w:pPr>
      <w:r>
        <w:rPr>
          <w:sz w:val="18"/>
        </w:rPr>
        <w:t>☐  Luxe</w:t>
      </w:r>
    </w:p>
    <w:p w14:paraId="217DF081" w14:textId="77777777" w:rsidR="00CE1F6E" w:rsidRDefault="00000000">
      <w:pPr>
        <w:spacing w:after="20"/>
      </w:pPr>
      <w:r>
        <w:rPr>
          <w:sz w:val="18"/>
        </w:rPr>
        <w:t>☐  Wellness / Ultra Luxe</w:t>
      </w:r>
    </w:p>
    <w:p w14:paraId="778054BC" w14:textId="77777777" w:rsidR="00CE1F6E" w:rsidRDefault="00000000">
      <w:pPr>
        <w:spacing w:after="40"/>
      </w:pPr>
      <w:r>
        <w:rPr>
          <w:b/>
        </w:rPr>
        <w:t xml:space="preserve">Eventuele toelichting: </w:t>
      </w:r>
      <w:r>
        <w:t>................................................................................................</w:t>
      </w:r>
    </w:p>
    <w:p w14:paraId="113FA244" w14:textId="77777777" w:rsidR="00CE1F6E" w:rsidRDefault="00000000">
      <w:r>
        <w:t>................................................................................................................................................</w:t>
      </w:r>
    </w:p>
    <w:p w14:paraId="5140C8D1" w14:textId="77777777" w:rsidR="00CE1F6E" w:rsidRDefault="00000000">
      <w:pPr>
        <w:keepNext/>
        <w:spacing w:before="140"/>
      </w:pPr>
      <w:r>
        <w:rPr>
          <w:b/>
          <w:color w:val="1F4E79"/>
          <w:sz w:val="22"/>
        </w:rPr>
        <w:t>TOT SLOT. Een open vraag</w:t>
      </w:r>
    </w:p>
    <w:p w14:paraId="3D64EA05" w14:textId="77777777" w:rsidR="00CE1F6E" w:rsidRDefault="00000000">
      <w:pPr>
        <w:spacing w:after="40"/>
      </w:pPr>
      <w:r>
        <w:rPr>
          <w:b/>
        </w:rPr>
        <w:t>Wat is volgens u de belangrijkste ontwikkeling bij prive sanitair voor de komende jaren?</w:t>
      </w:r>
    </w:p>
    <w:p w14:paraId="63729177" w14:textId="77777777" w:rsidR="00CE1F6E" w:rsidRDefault="00000000">
      <w:r>
        <w:t>................................................................................................................................................</w:t>
      </w:r>
    </w:p>
    <w:p w14:paraId="3D435F4B" w14:textId="77777777" w:rsidR="00CE1F6E" w:rsidRDefault="00000000">
      <w:r>
        <w:t>................................................................................................................................................</w:t>
      </w:r>
    </w:p>
    <w:p w14:paraId="5CAB8AA6" w14:textId="77777777" w:rsidR="00CE1F6E" w:rsidRDefault="00000000">
      <w:pPr>
        <w:spacing w:before="60" w:after="20"/>
      </w:pPr>
      <w:r>
        <w:rPr>
          <w:b/>
        </w:rPr>
        <w:t>Mag ik u eventueel kort bellen voor een toelichting op uw antwoorden?</w:t>
      </w:r>
    </w:p>
    <w:p w14:paraId="3BF2EA4E" w14:textId="77777777" w:rsidR="00CE1F6E" w:rsidRDefault="00000000">
      <w:pPr>
        <w:spacing w:after="20"/>
      </w:pPr>
      <w:r>
        <w:rPr>
          <w:sz w:val="18"/>
        </w:rPr>
        <w:t>☐  Ja     ☐  Nee</w:t>
      </w:r>
    </w:p>
    <w:p w14:paraId="711390AB" w14:textId="77777777" w:rsidR="00C27D63" w:rsidRDefault="00000000">
      <w:pPr>
        <w:spacing w:before="160" w:after="160"/>
      </w:pPr>
      <w:r>
        <w:rPr>
          <w:b/>
          <w:sz w:val="21"/>
        </w:rPr>
        <w:t xml:space="preserve">Klaar om in te leveren? </w:t>
      </w:r>
      <w:r>
        <w:rPr>
          <w:sz w:val="21"/>
        </w:rPr>
        <w:t>Stuur uw ingevulde formulier naar hans@slimm.nl of info@vakantiehuisvandetoekomst.nl</w:t>
      </w:r>
    </w:p>
    <w:p w14:paraId="16A1E443" w14:textId="77777777" w:rsidR="00CE1F6E" w:rsidRDefault="00000000">
      <w:pPr>
        <w:spacing w:before="160" w:after="20"/>
        <w:jc w:val="center"/>
      </w:pPr>
      <w:r>
        <w:rPr>
          <w:b/>
          <w:color w:val="1F4E79"/>
          <w:sz w:val="22"/>
        </w:rPr>
        <w:t>Hartelijk dank voor uw medewerking!</w:t>
      </w:r>
    </w:p>
    <w:p w14:paraId="5BBEA6CB" w14:textId="77777777" w:rsidR="00CE1F6E" w:rsidRDefault="00000000">
      <w:pPr>
        <w:spacing w:after="0"/>
        <w:jc w:val="center"/>
      </w:pPr>
      <w:r>
        <w:rPr>
          <w:b/>
          <w:sz w:val="18"/>
        </w:rPr>
        <w:t>Hans van Leeuwen | Leisure Expert &amp; Recreatieadviseur | SLIMMadvies</w:t>
      </w:r>
    </w:p>
    <w:p w14:paraId="3C11AC63" w14:textId="77777777" w:rsidR="00CE1F6E" w:rsidRDefault="00000000">
      <w:pPr>
        <w:spacing w:after="0"/>
        <w:jc w:val="center"/>
      </w:pPr>
      <w:r>
        <w:rPr>
          <w:i/>
          <w:color w:val="1F4E79"/>
          <w:sz w:val="16"/>
        </w:rPr>
        <w:t>Conceptontwikkeling - meer bezoekers - langer verblijf - hogere bestedingen</w:t>
      </w:r>
    </w:p>
    <w:sectPr w:rsidR="00CE1F6E" w:rsidSect="00034616">
      <w:footerReference w:type="default" r:id="rId8"/>
      <w:pgSz w:w="12240" w:h="15840"/>
      <w:pgMar w:top="850"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B16BD" w14:textId="77777777" w:rsidR="004E27D3" w:rsidRDefault="004E27D3">
      <w:pPr>
        <w:spacing w:after="0"/>
      </w:pPr>
      <w:r>
        <w:separator/>
      </w:r>
    </w:p>
  </w:endnote>
  <w:endnote w:type="continuationSeparator" w:id="0">
    <w:p w14:paraId="0E2621EF" w14:textId="77777777" w:rsidR="004E27D3" w:rsidRDefault="004E27D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4A65" w14:textId="77777777" w:rsidR="00CE1F6E" w:rsidRDefault="00000000">
    <w:pPr>
      <w:pStyle w:val="Voettekst"/>
      <w:jc w:val="center"/>
    </w:pPr>
    <w:proofErr w:type="spellStart"/>
    <w:r>
      <w:rPr>
        <w:color w:val="787878"/>
        <w:sz w:val="15"/>
      </w:rPr>
      <w:t>SLIMMadvies</w:t>
    </w:r>
    <w:proofErr w:type="spellEnd"/>
    <w:r>
      <w:rPr>
        <w:color w:val="787878"/>
        <w:sz w:val="15"/>
      </w:rPr>
      <w:t xml:space="preserve"> | </w:t>
    </w:r>
    <w:proofErr w:type="spellStart"/>
    <w:r>
      <w:rPr>
        <w:color w:val="787878"/>
        <w:sz w:val="15"/>
      </w:rPr>
      <w:t>Landelijk</w:t>
    </w:r>
    <w:proofErr w:type="spellEnd"/>
    <w:r>
      <w:rPr>
        <w:color w:val="787878"/>
        <w:sz w:val="15"/>
      </w:rPr>
      <w:t xml:space="preserve"> </w:t>
    </w:r>
    <w:proofErr w:type="spellStart"/>
    <w:r>
      <w:rPr>
        <w:color w:val="787878"/>
        <w:sz w:val="15"/>
      </w:rPr>
      <w:t>Marktonderzoek</w:t>
    </w:r>
    <w:proofErr w:type="spellEnd"/>
    <w:r>
      <w:rPr>
        <w:color w:val="787878"/>
        <w:sz w:val="15"/>
      </w:rPr>
      <w:t xml:space="preserve"> Prive </w:t>
    </w:r>
    <w:proofErr w:type="spellStart"/>
    <w:r>
      <w:rPr>
        <w:color w:val="787878"/>
        <w:sz w:val="15"/>
      </w:rPr>
      <w:t>Sanitair</w:t>
    </w:r>
    <w:proofErr w:type="spellEnd"/>
    <w:r>
      <w:rPr>
        <w:color w:val="787878"/>
        <w:sz w:val="15"/>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8AF66" w14:textId="77777777" w:rsidR="004E27D3" w:rsidRDefault="004E27D3">
      <w:pPr>
        <w:spacing w:after="0"/>
      </w:pPr>
      <w:r>
        <w:separator/>
      </w:r>
    </w:p>
  </w:footnote>
  <w:footnote w:type="continuationSeparator" w:id="0">
    <w:p w14:paraId="71D62E69" w14:textId="77777777" w:rsidR="004E27D3" w:rsidRDefault="004E27D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110081075">
    <w:abstractNumId w:val="8"/>
  </w:num>
  <w:num w:numId="2" w16cid:durableId="2109422592">
    <w:abstractNumId w:val="6"/>
  </w:num>
  <w:num w:numId="3" w16cid:durableId="480654746">
    <w:abstractNumId w:val="5"/>
  </w:num>
  <w:num w:numId="4" w16cid:durableId="258177900">
    <w:abstractNumId w:val="4"/>
  </w:num>
  <w:num w:numId="5" w16cid:durableId="1574395198">
    <w:abstractNumId w:val="7"/>
  </w:num>
  <w:num w:numId="6" w16cid:durableId="1293514726">
    <w:abstractNumId w:val="3"/>
  </w:num>
  <w:num w:numId="7" w16cid:durableId="1415054631">
    <w:abstractNumId w:val="2"/>
  </w:num>
  <w:num w:numId="8" w16cid:durableId="116484727">
    <w:abstractNumId w:val="1"/>
  </w:num>
  <w:num w:numId="9" w16cid:durableId="42409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666BA"/>
    <w:rsid w:val="0029639D"/>
    <w:rsid w:val="00326F90"/>
    <w:rsid w:val="00397AAB"/>
    <w:rsid w:val="004E27D3"/>
    <w:rsid w:val="00AA1D8D"/>
    <w:rsid w:val="00B47730"/>
    <w:rsid w:val="00C27D63"/>
    <w:rsid w:val="00CA5A76"/>
    <w:rsid w:val="00CB0664"/>
    <w:rsid w:val="00CE1F6E"/>
    <w:rsid w:val="00E1473D"/>
    <w:rsid w:val="00FC693F"/>
    <w:rsid w:val="00FD65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D495C5"/>
  <w14:defaultImageDpi w14:val="300"/>
  <w15:docId w15:val="{004384E7-286E-4027-9BB9-0C6789963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60" w:line="240" w:lineRule="auto"/>
    </w:pPr>
    <w:rPr>
      <w:rFonts w:ascii="Aptos" w:hAnsi="Aptos"/>
      <w:sz w:val="19"/>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806</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HVL - Invulformulier Landelijk Marktonderzoek Prive Sanitair 2026 Pleisureworld - versie 1.1</dc:title>
  <dc:subject/>
  <dc:creator>python-docx</dc:creator>
  <cp:keywords/>
  <dc:description>generated by python-docx</dc:description>
  <cp:lastModifiedBy>Hans van leeuwen</cp:lastModifiedBy>
  <cp:revision>2</cp:revision>
  <dcterms:created xsi:type="dcterms:W3CDTF">2026-09-17T11:50:00Z</dcterms:created>
  <dcterms:modified xsi:type="dcterms:W3CDTF">2026-09-17T11:50:00Z</dcterms:modified>
  <cp:category/>
</cp:coreProperties>
</file>